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ЁЖ-5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Добавить услугу резервного копирования.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