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ЁЖ-5</w:t>
      </w:r>
    </w:p>
    <w:p/>
    <w:p>
      <w:r>
        <w:t>г. Москва                               01 марта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ООО "Ёжик-Телеком",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