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i/>
          <w:color w:val="808080"/>
          <w:sz w:val="16"/>
        </w:rPr>
        <w:t>Данный файл: ДОПОЛНИТЕЛЬНОЕ СОГЛАШЕНИЕ №2, компания XXX006, к договору № 06800 от 16.12.2025.</w:t>
        <w:br/>
        <w:t>Содержит: инсталляционные услуги (3 стр.), абонентские услуги (2 стр.).</w:t>
        <w:br/>
        <w:t>Допсоглашение №2 к договору 06800. Инсталляц.: 3 стр., 23 701,34 руб. Абонентск.: 2 стр., 5 012,13 руб.</w:t>
      </w:r>
    </w:p>
    <w:p>
      <w:pPr>
        <w:jc w:val="center"/>
      </w:pPr>
      <w:r>
        <w:rPr>
          <w:b/>
          <w:sz w:val="28"/>
        </w:rPr>
        <w:t>Дополнительное Соглашение №2</w:t>
      </w:r>
    </w:p>
    <w:p>
      <w:r>
        <w:t>к Договору № 06800 от 16.12.2025</w:t>
      </w:r>
    </w:p>
    <w:p>
      <w:r>
        <w:t>г. Москва    «14» января 2026</w:t>
      </w:r>
    </w:p>
    <w:p>
      <w:r>
        <w:t>ЗАО "XXX006" именуемое в дальнейшем "Заказчик", в лице Генерального директора ФИО, и ООО "НУБЕС", именуемое в дальнейшем "Исполнитель", в лице Генерального директора Степаненко В.И., заключили настоящее Соглашение о нижеследующем:</w:t>
      </w:r>
    </w:p>
    <w:p>
      <w:r>
        <w:rPr>
          <w:b/>
          <w:sz w:val="24"/>
        </w:rPr>
        <w:t>1. ПРЕДМЕТ ДОПОЛНИТЕЛЬНОГО СОГЛАШЕНИЯ</w:t>
      </w:r>
    </w:p>
    <w:p>
      <w:r>
        <w:t>Изменить Спецификацию и стоимость Услуг. Утвердить новую Спецификацию в соответствии с Приложением №1 к настоящему Соглашению.</w:t>
      </w:r>
    </w:p>
    <w:p/>
    <w:p>
      <w:r>
        <w:t>Общая стоимость Инсталляционных услуг составляет 23 701,34 руб.</w:t>
      </w:r>
    </w:p>
    <w:p>
      <w:r>
        <w:t>Разовые услуги: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440"/>
          </w:tcPr>
          <w:p>
            <w:r>
              <w:t>№ п/п</w:t>
            </w:r>
          </w:p>
        </w:tc>
        <w:tc>
          <w:tcPr>
            <w:tcW w:type="dxa" w:w="1440"/>
          </w:tcPr>
          <w:p>
            <w:r>
              <w:t>Наименование услуг</w:t>
            </w:r>
          </w:p>
        </w:tc>
        <w:tc>
          <w:tcPr>
            <w:tcW w:type="dxa" w:w="1440"/>
          </w:tcPr>
          <w:p>
            <w:r>
              <w:t>Цена, руб. с НДС</w:t>
            </w:r>
          </w:p>
        </w:tc>
        <w:tc>
          <w:tcPr>
            <w:tcW w:type="dxa" w:w="1440"/>
          </w:tcPr>
          <w:p>
            <w:r>
              <w:t>Объем услуг</w:t>
            </w:r>
          </w:p>
        </w:tc>
        <w:tc>
          <w:tcPr>
            <w:tcW w:type="dxa" w:w="1440"/>
          </w:tcPr>
          <w:p>
            <w:r>
              <w:t>Сумма, руб. с НДС</w:t>
            </w:r>
          </w:p>
        </w:tc>
        <w:tc>
          <w:tcPr>
            <w:tcW w:type="dxa" w:w="1440"/>
          </w:tcPr>
          <w:p>
            <w:r>
              <w:t>Планируемая дата начала оказания услуг</w:t>
            </w:r>
          </w:p>
        </w:tc>
      </w:tr>
      <w:tr>
        <w:tc>
          <w:tcPr>
            <w:tcW w:type="dxa" w:w="1440"/>
          </w:tcPr>
          <w:p>
            <w:r>
              <w:t>1</w:t>
            </w:r>
          </w:p>
        </w:tc>
        <w:tc>
          <w:tcPr>
            <w:tcW w:type="dxa" w:w="1440"/>
          </w:tcPr>
          <w:p>
            <w:r>
              <w:t>Организация L2 канала без резерва, в составе:</w:t>
              <w:br/>
              <w:t xml:space="preserve">        Скорость порта: 1 Гбит/с</w:t>
            </w:r>
          </w:p>
        </w:tc>
        <w:tc>
          <w:tcPr>
            <w:tcW w:type="dxa" w:w="1440"/>
          </w:tcPr>
          <w:p>
            <w:r>
              <w:t>8 966,38</w:t>
            </w:r>
          </w:p>
        </w:tc>
        <w:tc>
          <w:tcPr>
            <w:tcW w:type="dxa" w:w="1440"/>
          </w:tcPr>
          <w:p>
            <w:r>
              <w:t>2</w:t>
            </w:r>
          </w:p>
        </w:tc>
        <w:tc>
          <w:tcPr>
            <w:tcW w:type="dxa" w:w="1440"/>
          </w:tcPr>
          <w:p>
            <w:r>
              <w:t>17 932,76</w:t>
            </w:r>
          </w:p>
        </w:tc>
        <w:tc>
          <w:tcPr>
            <w:tcW w:type="dxa" w:w="1440"/>
          </w:tcPr>
          <w:p>
            <w:r>
              <w:t>29.03.2026</w:t>
            </w:r>
          </w:p>
        </w:tc>
      </w:tr>
      <w:tr>
        <w:tc>
          <w:tcPr>
            <w:tcW w:type="dxa" w:w="1440"/>
          </w:tcPr>
          <w:p>
            <w:r>
              <w:t>2</w:t>
            </w:r>
          </w:p>
        </w:tc>
        <w:tc>
          <w:tcPr>
            <w:tcW w:type="dxa" w:w="1440"/>
          </w:tcPr>
          <w:p>
            <w:r>
              <w:t>Организация cross-connect: UTP</w:t>
            </w:r>
          </w:p>
        </w:tc>
        <w:tc>
          <w:tcPr>
            <w:tcW w:type="dxa" w:w="1440"/>
          </w:tcPr>
          <w:p>
            <w:r>
              <w:t>751,93</w:t>
            </w:r>
          </w:p>
        </w:tc>
        <w:tc>
          <w:tcPr>
            <w:tcW w:type="dxa" w:w="1440"/>
          </w:tcPr>
          <w:p>
            <w:r>
              <w:t>2</w:t>
            </w:r>
          </w:p>
        </w:tc>
        <w:tc>
          <w:tcPr>
            <w:tcW w:type="dxa" w:w="1440"/>
          </w:tcPr>
          <w:p>
            <w:r>
              <w:t>1 503,86</w:t>
            </w:r>
          </w:p>
        </w:tc>
        <w:tc>
          <w:tcPr>
            <w:tcW w:type="dxa" w:w="1440"/>
          </w:tcPr>
          <w:p>
            <w:r>
              <w:t>29.04.2026</w:t>
            </w:r>
          </w:p>
        </w:tc>
      </w:tr>
      <w:tr>
        <w:tc>
          <w:tcPr>
            <w:tcW w:type="dxa" w:w="1440"/>
          </w:tcPr>
          <w:p>
            <w:r>
              <w:t>3</w:t>
            </w:r>
          </w:p>
        </w:tc>
        <w:tc>
          <w:tcPr>
            <w:tcW w:type="dxa" w:w="1440"/>
          </w:tcPr>
          <w:p>
            <w:r>
              <w:t>Организация cross-connect: ВОЛС, 2×SMF</w:t>
            </w:r>
          </w:p>
        </w:tc>
        <w:tc>
          <w:tcPr>
            <w:tcW w:type="dxa" w:w="1440"/>
          </w:tcPr>
          <w:p>
            <w:r>
              <w:t>4 264,72</w:t>
            </w:r>
          </w:p>
        </w:tc>
        <w:tc>
          <w:tcPr>
            <w:tcW w:type="dxa" w:w="1440"/>
          </w:tcPr>
          <w:p>
            <w:r>
              <w:t>1</w:t>
            </w:r>
          </w:p>
        </w:tc>
        <w:tc>
          <w:tcPr>
            <w:tcW w:type="dxa" w:w="1440"/>
          </w:tcPr>
          <w:p>
            <w:r>
              <w:t>4 264,72</w:t>
            </w:r>
          </w:p>
        </w:tc>
        <w:tc>
          <w:tcPr>
            <w:tcW w:type="dxa" w:w="1440"/>
          </w:tcPr>
          <w:p>
            <w:r>
              <w:t>03.03.2026</w:t>
            </w:r>
          </w:p>
        </w:tc>
      </w:tr>
      <w:tr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>
              <w:t>Итого разовые услуги в руб с учетом НДС</w:t>
            </w:r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>
              <w:t>23 701,34</w:t>
            </w:r>
          </w:p>
        </w:tc>
        <w:tc>
          <w:tcPr>
            <w:tcW w:type="dxa" w:w="1440"/>
          </w:tcPr>
          <w:p>
            <w:r>
              <w:t>-</w:t>
            </w:r>
          </w:p>
        </w:tc>
      </w:tr>
    </w:tbl>
    <w:p/>
    <w:p>
      <w:r>
        <w:t>Общая стоимость Ежемесячных услуг составляет 5 012,13 руб.</w:t>
      </w:r>
    </w:p>
    <w:p>
      <w:r>
        <w:t>Абонентские услуги: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234"/>
        <w:gridCol w:w="1234"/>
        <w:gridCol w:w="1234"/>
        <w:gridCol w:w="1234"/>
        <w:gridCol w:w="1234"/>
        <w:gridCol w:w="1234"/>
        <w:gridCol w:w="1234"/>
      </w:tblGrid>
      <w:tr>
        <w:tc>
          <w:tcPr>
            <w:tcW w:type="dxa" w:w="1234"/>
          </w:tcPr>
          <w:p>
            <w:r>
              <w:t>№ п/п</w:t>
            </w:r>
          </w:p>
        </w:tc>
        <w:tc>
          <w:tcPr>
            <w:tcW w:type="dxa" w:w="1234"/>
          </w:tcPr>
          <w:p>
            <w:r>
              <w:t>Наименование услуг</w:t>
            </w:r>
          </w:p>
        </w:tc>
        <w:tc>
          <w:tcPr>
            <w:tcW w:type="dxa" w:w="1234"/>
          </w:tcPr>
          <w:p>
            <w:r>
              <w:t>Цена, руб. с НДС</w:t>
            </w:r>
          </w:p>
        </w:tc>
        <w:tc>
          <w:tcPr>
            <w:tcW w:type="dxa" w:w="1234"/>
          </w:tcPr>
          <w:p>
            <w:r>
              <w:t>Объем услуг</w:t>
            </w:r>
          </w:p>
        </w:tc>
        <w:tc>
          <w:tcPr>
            <w:tcW w:type="dxa" w:w="1234"/>
          </w:tcPr>
          <w:p>
            <w:r>
              <w:t>Сумма, руб. с НДС</w:t>
            </w:r>
          </w:p>
        </w:tc>
        <w:tc>
          <w:tcPr>
            <w:tcW w:type="dxa" w:w="1234"/>
          </w:tcPr>
          <w:p>
            <w:r>
              <w:t>Планируемая дата начала оказания услуг</w:t>
            </w:r>
          </w:p>
        </w:tc>
        <w:tc>
          <w:tcPr>
            <w:tcW w:type="dxa" w:w="1234"/>
          </w:tcPr>
          <w:p>
            <w:r>
              <w:t>Дата окончания оказания услуг</w:t>
            </w:r>
          </w:p>
        </w:tc>
      </w:tr>
      <w:tr>
        <w:tc>
          <w:tcPr>
            <w:tcW w:type="dxa" w:w="1234"/>
          </w:tcPr>
          <w:p>
            <w:r>
              <w:t>1</w:t>
            </w:r>
          </w:p>
        </w:tc>
        <w:tc>
          <w:tcPr>
            <w:tcW w:type="dxa" w:w="1234"/>
          </w:tcPr>
          <w:p>
            <w:r>
              <w:t>Аренда IPv4 подсети /30</w:t>
            </w:r>
          </w:p>
        </w:tc>
        <w:tc>
          <w:tcPr>
            <w:tcW w:type="dxa" w:w="1234"/>
          </w:tcPr>
          <w:p>
            <w:r>
              <w:t>681,09</w:t>
            </w:r>
          </w:p>
        </w:tc>
        <w:tc>
          <w:tcPr>
            <w:tcW w:type="dxa" w:w="1234"/>
          </w:tcPr>
          <w:p>
            <w:r>
              <w:t>1</w:t>
            </w:r>
          </w:p>
        </w:tc>
        <w:tc>
          <w:tcPr>
            <w:tcW w:type="dxa" w:w="1234"/>
          </w:tcPr>
          <w:p>
            <w:r>
              <w:t>681,09</w:t>
            </w:r>
          </w:p>
        </w:tc>
        <w:tc>
          <w:tcPr>
            <w:tcW w:type="dxa" w:w="1234"/>
          </w:tcPr>
          <w:p>
            <w:r>
              <w:t>13.05.2026</w:t>
            </w:r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>
              <w:t>2</w:t>
            </w:r>
          </w:p>
        </w:tc>
        <w:tc>
          <w:tcPr>
            <w:tcW w:type="dxa" w:w="1234"/>
          </w:tcPr>
          <w:p>
            <w:r>
              <w:t>Аренда PDU: 3Ф 32А вертикальный</w:t>
            </w:r>
          </w:p>
        </w:tc>
        <w:tc>
          <w:tcPr>
            <w:tcW w:type="dxa" w:w="1234"/>
          </w:tcPr>
          <w:p>
            <w:r>
              <w:t>2 165,52</w:t>
            </w:r>
          </w:p>
        </w:tc>
        <w:tc>
          <w:tcPr>
            <w:tcW w:type="dxa" w:w="1234"/>
          </w:tcPr>
          <w:p>
            <w:r>
              <w:t>2</w:t>
            </w:r>
          </w:p>
        </w:tc>
        <w:tc>
          <w:tcPr>
            <w:tcW w:type="dxa" w:w="1234"/>
          </w:tcPr>
          <w:p>
            <w:r>
              <w:t>4 331,04</w:t>
            </w:r>
          </w:p>
        </w:tc>
        <w:tc>
          <w:tcPr>
            <w:tcW w:type="dxa" w:w="1234"/>
          </w:tcPr>
          <w:p>
            <w:r>
              <w:t>12.05.2026</w:t>
            </w:r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>
              <w:t>Итого абонентские услуги в руб с учетом НДС</w:t>
            </w:r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>
              <w:t>5 012,13</w:t>
            </w:r>
          </w:p>
        </w:tc>
        <w:tc>
          <w:tcPr>
            <w:tcW w:type="dxa" w:w="1234"/>
          </w:tcPr>
          <w:p>
            <w:r>
              <w:t>-</w:t>
            </w:r>
          </w:p>
        </w:tc>
        <w:tc>
          <w:tcPr>
            <w:tcW w:type="dxa" w:w="1234"/>
          </w:tcPr>
          <w:p>
            <w:r>
              <w:t>-</w:t>
            </w:r>
          </w:p>
        </w:tc>
      </w:tr>
    </w:tbl>
    <w:p>
      <w:r>
        <w:rPr>
          <w:b/>
          <w:sz w:val="24"/>
        </w:rPr>
        <w:t>ПРОЧИЕ УСЛОВИЯ</w:t>
      </w:r>
    </w:p>
    <w:p>
      <w:r>
        <w:t>Во всём остальном, что не урегулировано настоящим Соглашением, действуют положения Договора.</w:t>
      </w:r>
    </w:p>
    <w:p>
      <w:r>
        <w:rPr>
          <w:b/>
          <w:sz w:val="24"/>
        </w:rPr>
        <w:t>ЮРИДИЧЕСКИЕ АДРЕСА И РЕКВИЗИТЫ СТОРОН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Заказчик</w:t>
              <w:br/>
              <w:t>ЗАО "XXX006"</w:t>
              <w:br/>
              <w:t>Юридический адрес:</w:t>
              <w:br/>
              <w:br/>
              <w:t>Генерального директора</w:t>
              <w:br/>
              <w:t>_______________/ФИО/</w:t>
              <w:br/>
              <w:t xml:space="preserve">   М.П.</w:t>
            </w:r>
          </w:p>
        </w:tc>
        <w:tc>
          <w:tcPr>
            <w:tcW w:type="dxa" w:w="4320"/>
          </w:tcPr>
          <w:p>
            <w:r>
              <w:t>Исполнитель</w:t>
              <w:br/>
              <w:t>ООО "НУБЕС"</w:t>
              <w:br/>
              <w:t>Юридический адрес:</w:t>
              <w:br/>
              <w:t>115404, г. Москва, 1-я Стекольная 7с5</w:t>
              <w:br/>
              <w:t>Генерального директора Степаненко В.И.</w:t>
              <w:br/>
              <w:t>_______________/Степаненко В.И./</w:t>
              <w:br/>
              <w:t xml:space="preserve">   М.П.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