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i/>
          <w:color w:val="808080"/>
          <w:sz w:val="16"/>
        </w:rPr>
        <w:t>Данный файл: ДОПОЛНИТЕЛЬНОЕ СОГЛАШЕНИЕ №1, компания XXX008, к договору № 08100 от 18.12.2025.</w:t>
        <w:br/>
        <w:t>Содержит: инсталляционные услуги (3 стр.), абонентские услуги (2 стр.).</w:t>
        <w:br/>
        <w:t>Допсоглашение №1 к договору 08100. Инсталляц.: 3 стр., 303 663,09 руб. Абонентск.: 2 стр., 109 744,40 руб.</w:t>
      </w:r>
    </w:p>
    <w:p>
      <w:pPr>
        <w:jc w:val="center"/>
      </w:pPr>
      <w:r>
        <w:rPr>
          <w:b/>
          <w:sz w:val="28"/>
        </w:rPr>
        <w:t>Дополнительное Соглашение №1</w:t>
      </w:r>
    </w:p>
    <w:p>
      <w:r>
        <w:t>к Договору № 08100 от 18.12.2025</w:t>
      </w:r>
    </w:p>
    <w:p>
      <w:r>
        <w:t>г. Москва    «02» апреля 2026</w:t>
      </w:r>
    </w:p>
    <w:p>
      <w:r>
        <w:t>ООО "XXX008" именуемое в дальнейшем "Заказчик", в лице Генерального директора ФИО, и ООО "НУБЕС", именуемое в дальнейшем "Исполнитель", в лице Генерального директора Степаненко В.И., заключили настоящее Соглашение о нижеследующем:</w:t>
      </w:r>
    </w:p>
    <w:p>
      <w:r>
        <w:rPr>
          <w:b/>
          <w:sz w:val="24"/>
        </w:rPr>
        <w:t>1. ПРЕДМЕТ ДОПОЛНИТЕЛЬНОГО СОГЛАШЕНИЯ</w:t>
      </w:r>
    </w:p>
    <w:p>
      <w:r>
        <w:t>Изменить Спецификацию и стоимость Услуг. Утвердить новую Спецификацию в соответствии с Приложением №1 к настоящему Соглашению.</w:t>
      </w:r>
    </w:p>
    <w:p/>
    <w:p>
      <w:r>
        <w:t>Общая стоимость Инсталляционных услуг составляет 303 663,09 руб.</w:t>
      </w:r>
    </w:p>
    <w:p>
      <w:r>
        <w:t>Разовые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№ п/п</w:t>
            </w:r>
          </w:p>
        </w:tc>
        <w:tc>
          <w:tcPr>
            <w:tcW w:type="dxa" w:w="1440"/>
          </w:tcPr>
          <w:p>
            <w:r>
              <w:t>Наименование услуг</w:t>
            </w:r>
          </w:p>
        </w:tc>
        <w:tc>
          <w:tcPr>
            <w:tcW w:type="dxa" w:w="1440"/>
          </w:tcPr>
          <w:p>
            <w:r>
              <w:t>Цена, руб. с НДС</w:t>
            </w:r>
          </w:p>
        </w:tc>
        <w:tc>
          <w:tcPr>
            <w:tcW w:type="dxa" w:w="1440"/>
          </w:tcPr>
          <w:p>
            <w:r>
              <w:t>Объем услуг</w:t>
            </w:r>
          </w:p>
        </w:tc>
        <w:tc>
          <w:tcPr>
            <w:tcW w:type="dxa" w:w="1440"/>
          </w:tcPr>
          <w:p>
            <w:r>
              <w:t>Сумма, руб. с НДС</w:t>
            </w:r>
          </w:p>
        </w:tc>
        <w:tc>
          <w:tcPr>
            <w:tcW w:type="dxa" w:w="1440"/>
          </w:tcPr>
          <w:p>
            <w:r>
              <w:t>Планируемая дата начала оказания услуг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Организация L2 канала без резерва, в составе:</w:t>
              <w:br/>
              <w:t xml:space="preserve">        Скорость порта: 10 Гбит/с</w:t>
            </w:r>
          </w:p>
        </w:tc>
        <w:tc>
          <w:tcPr>
            <w:tcW w:type="dxa" w:w="1440"/>
          </w:tcPr>
          <w:p>
            <w:r>
              <w:t>23 120,91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23 120,91</w:t>
            </w:r>
          </w:p>
        </w:tc>
        <w:tc>
          <w:tcPr>
            <w:tcW w:type="dxa" w:w="1440"/>
          </w:tcPr>
          <w:p>
            <w:r>
              <w:t>07.05.2026</w:t>
            </w:r>
          </w:p>
        </w:tc>
      </w:tr>
      <w:tr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Next Generation Cloud (Intel 3.0 ГГц), в составе:</w:t>
              <w:br/>
              <w:t xml:space="preserve">        Количество vCPU: 8, RAM: 32 ГБ</w:t>
            </w:r>
          </w:p>
        </w:tc>
        <w:tc>
          <w:tcPr>
            <w:tcW w:type="dxa" w:w="1440"/>
          </w:tcPr>
          <w:p>
            <w:r>
              <w:t>91 998,36</w:t>
            </w:r>
          </w:p>
        </w:tc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275 995,08</w:t>
            </w:r>
          </w:p>
        </w:tc>
        <w:tc>
          <w:tcPr>
            <w:tcW w:type="dxa" w:w="1440"/>
          </w:tcPr>
          <w:p>
            <w:r>
              <w:t>25.04.2026</w:t>
            </w:r>
          </w:p>
        </w:tc>
      </w:tr>
      <w:tr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Аренда порта без резерва, в составе:</w:t>
              <w:br/>
              <w:t xml:space="preserve">        Скорость порта: 1 Гбит/с</w:t>
            </w:r>
          </w:p>
        </w:tc>
        <w:tc>
          <w:tcPr>
            <w:tcW w:type="dxa" w:w="1440"/>
          </w:tcPr>
          <w:p>
            <w:r>
              <w:t>1 515,70</w:t>
            </w:r>
          </w:p>
        </w:tc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4 547,10</w:t>
            </w:r>
          </w:p>
        </w:tc>
        <w:tc>
          <w:tcPr>
            <w:tcW w:type="dxa" w:w="1440"/>
          </w:tcPr>
          <w:p>
            <w:r>
              <w:t>24.04.2026</w:t>
            </w:r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Итого разовые услуги в руб с учетом НДС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303 663,09</w:t>
            </w:r>
          </w:p>
        </w:tc>
        <w:tc>
          <w:tcPr>
            <w:tcW w:type="dxa" w:w="1440"/>
          </w:tcPr>
          <w:p>
            <w:r>
              <w:t>-</w:t>
            </w:r>
          </w:p>
        </w:tc>
      </w:tr>
    </w:tbl>
    <w:p/>
    <w:p>
      <w:r>
        <w:t>Общая стоимость Ежемесячных услуг составляет 109 744,40 руб.</w:t>
      </w:r>
    </w:p>
    <w:p>
      <w:r>
        <w:t>Абонентские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t>№ п/п</w:t>
            </w:r>
          </w:p>
        </w:tc>
        <w:tc>
          <w:tcPr>
            <w:tcW w:type="dxa" w:w="1234"/>
          </w:tcPr>
          <w:p>
            <w:r>
              <w:t>Наименование услуг</w:t>
            </w:r>
          </w:p>
        </w:tc>
        <w:tc>
          <w:tcPr>
            <w:tcW w:type="dxa" w:w="1234"/>
          </w:tcPr>
          <w:p>
            <w:r>
              <w:t>Цена, руб. с НДС</w:t>
            </w:r>
          </w:p>
        </w:tc>
        <w:tc>
          <w:tcPr>
            <w:tcW w:type="dxa" w:w="1234"/>
          </w:tcPr>
          <w:p>
            <w:r>
              <w:t>Объем услуг</w:t>
            </w:r>
          </w:p>
        </w:tc>
        <w:tc>
          <w:tcPr>
            <w:tcW w:type="dxa" w:w="1234"/>
          </w:tcPr>
          <w:p>
            <w:r>
              <w:t>Сумма, руб. с НДС</w:t>
            </w:r>
          </w:p>
        </w:tc>
        <w:tc>
          <w:tcPr>
            <w:tcW w:type="dxa" w:w="1234"/>
          </w:tcPr>
          <w:p>
            <w:r>
              <w:t>Планируемая дата начала оказания услуг</w:t>
            </w:r>
          </w:p>
        </w:tc>
        <w:tc>
          <w:tcPr>
            <w:tcW w:type="dxa" w:w="1234"/>
          </w:tcPr>
          <w:p>
            <w:r>
              <w:t>Дата окончания оказания услуг</w:t>
            </w:r>
          </w:p>
        </w:tc>
      </w:tr>
      <w:tr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Аренда IPv4 адреса /32</w:t>
            </w:r>
          </w:p>
        </w:tc>
        <w:tc>
          <w:tcPr>
            <w:tcW w:type="dxa" w:w="1234"/>
          </w:tcPr>
          <w:p>
            <w:r>
              <w:t>175,67</w:t>
            </w:r>
          </w:p>
        </w:tc>
        <w:tc>
          <w:tcPr>
            <w:tcW w:type="dxa" w:w="1234"/>
          </w:tcPr>
          <w:p>
            <w:r>
              <w:t>10</w:t>
            </w:r>
          </w:p>
        </w:tc>
        <w:tc>
          <w:tcPr>
            <w:tcW w:type="dxa" w:w="1234"/>
          </w:tcPr>
          <w:p>
            <w:r>
              <w:t>1 756,70</w:t>
            </w:r>
          </w:p>
        </w:tc>
        <w:tc>
          <w:tcPr>
            <w:tcW w:type="dxa" w:w="1234"/>
          </w:tcPr>
          <w:p>
            <w:r>
              <w:t>13.05.2026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Next Generation Cloud (AMD 4.0 ГГц), в составе:</w:t>
              <w:br/>
              <w:t xml:space="preserve">        Количество vCPU: 4, RAM: 16 ГБ</w:t>
            </w:r>
          </w:p>
        </w:tc>
        <w:tc>
          <w:tcPr>
            <w:tcW w:type="dxa" w:w="1234"/>
          </w:tcPr>
          <w:p>
            <w:r>
              <w:t>107 987,70</w:t>
            </w:r>
          </w:p>
        </w:tc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107 987,70</w:t>
            </w:r>
          </w:p>
        </w:tc>
        <w:tc>
          <w:tcPr>
            <w:tcW w:type="dxa" w:w="1234"/>
          </w:tcPr>
          <w:p>
            <w:r>
              <w:t>06.03.2026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Итого абонентские услуги в руб с учетом НДС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109 744,40</w:t>
            </w:r>
          </w:p>
        </w:tc>
        <w:tc>
          <w:tcPr>
            <w:tcW w:type="dxa" w:w="1234"/>
          </w:tcPr>
          <w:p>
            <w:r>
              <w:t>-</w:t>
            </w:r>
          </w:p>
        </w:tc>
        <w:tc>
          <w:tcPr>
            <w:tcW w:type="dxa" w:w="1234"/>
          </w:tcPr>
          <w:p>
            <w:r>
              <w:t>-</w:t>
            </w:r>
          </w:p>
        </w:tc>
      </w:tr>
    </w:tbl>
    <w:p>
      <w:r>
        <w:rPr>
          <w:b/>
          <w:sz w:val="24"/>
        </w:rPr>
        <w:t>ПРОЧИЕ УСЛОВИЯ</w:t>
      </w:r>
    </w:p>
    <w:p>
      <w:r>
        <w:t>Во всём остальном, что не урегулировано настоящим Соглашением, действуют положения Договора.</w:t>
      </w:r>
    </w:p>
    <w:p>
      <w:r>
        <w:rPr>
          <w:b/>
          <w:sz w:val="24"/>
        </w:rPr>
        <w:t>ЮРИДИЧЕСКИЕ АДРЕСА И РЕКВИЗИТЫ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Заказчик</w:t>
              <w:br/>
              <w:t>ООО "XXX008"</w:t>
              <w:br/>
              <w:t>Юридический адрес:</w:t>
              <w:br/>
              <w:br/>
              <w:t>Генерального директора</w:t>
              <w:br/>
              <w:t>_______________/ФИО/</w:t>
              <w:br/>
              <w:t xml:space="preserve">   М.П.</w:t>
            </w:r>
          </w:p>
        </w:tc>
        <w:tc>
          <w:tcPr>
            <w:tcW w:type="dxa" w:w="4320"/>
          </w:tcPr>
          <w:p>
            <w:r>
              <w:t>Исполнитель</w:t>
              <w:br/>
              <w:t>ООО "НУБЕС"</w:t>
              <w:br/>
              <w:t>Юридический адрес:</w:t>
              <w:br/>
              <w:t>115404, г. Москва, 1-я Стекольная 7с5</w:t>
              <w:br/>
              <w:t>Генерального директора Степаненко В.И.</w:t>
              <w:br/>
              <w:t>_______________/Степаненко В.И./</w:t>
              <w:br/>
              <w:t xml:space="preserve">   М.П.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