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left"/>
      </w:pPr>
      <w:r>
        <w:rPr>
          <w:i/>
          <w:color w:val="808080"/>
          <w:sz w:val="16"/>
        </w:rPr>
        <w:t>Данный файл: ДОГОВОР, компания XXX008, № 08100 от 18.12.2025.</w:t>
        <w:br/>
        <w:t>Стороны: ООО "XXX008" (Заказчик) + ООО "НУБЕС" (Исполнитель).</w:t>
        <w:br/>
        <w:t>Сгенерирован автоматически для тестирования сервиса contracts.</w:t>
        <w:br/>
        <w:t>Базовый договор контракта XXX008-08100. К нему привязаны спецификации и допсоглашения через НОМЕР=08100.</w:t>
      </w:r>
    </w:p>
    <w:p>
      <w:pPr>
        <w:jc w:val="center"/>
      </w:pPr>
      <w:r>
        <w:rPr>
          <w:b/>
          <w:sz w:val="28"/>
        </w:rPr>
        <w:t>Договор на оказание технологических услуг</w:t>
      </w:r>
    </w:p>
    <w:p>
      <w:r>
        <w:t>№ 08100</w:t>
      </w:r>
    </w:p>
    <w:p>
      <w:r>
        <w:t>ООО "XXX008" именуемое в дальнейшем "Заказчик", в лице Генерального директора ФИО, действующего на основании Устава, и ООО "НУБЕС", именуемое в дальнейшем "Исполнитель", в лице Генерального директора Степаненко В.И., действующего на основании Устава, заключили настоящий Договор о нижеследующем.</w:t>
      </w:r>
    </w:p>
    <w:p>
      <w:r>
        <w:rPr>
          <w:b/>
          <w:sz w:val="24"/>
        </w:rPr>
        <w:t>ТЕРМИНЫ И ОПРЕДЕЛЕНИЯ</w:t>
      </w:r>
    </w:p>
    <w:p>
      <w:r>
        <w:t>Услуги – оказываемые Исполнителем Заказчику технологические услуги в области компьютерных и телекоммуникационных технологий.</w:t>
      </w:r>
    </w:p>
    <w:p>
      <w:r>
        <w:t>Абонентские услуги – Услуги, указанные в Спецификации, предоставляемые ежемесячно.</w:t>
      </w:r>
    </w:p>
    <w:p>
      <w:r>
        <w:t>Инсталляционные услуги – Услуги по установке и настройке оборудования Заказчика.</w:t>
      </w:r>
    </w:p>
    <w:p>
      <w:r>
        <w:t>Технологическая площадка – специализированное помещение (ЦОД) по адресу: г. Москва, 1-я Стекольная 7с5.</w:t>
      </w:r>
    </w:p>
    <w:p>
      <w:r>
        <w:t>Отчетный период – календарный месяц.</w:t>
      </w:r>
    </w:p>
    <w:p>
      <w:r>
        <w:rPr>
          <w:b/>
          <w:sz w:val="24"/>
        </w:rPr>
        <w:t>ПРЕДМЕТ ДОГОВОРА</w:t>
      </w:r>
    </w:p>
    <w:p>
      <w:r>
        <w:t>Исполнитель обязуется оказывать Заказчику технологические Услуги, указанные в Спецификации, а Заказчик обязуется принимать и оплачивать Услуги. Место оказания: г. Москва, 115404, г. Москва, 1-я Стекольная 7с5.</w:t>
      </w:r>
    </w:p>
    <w:p>
      <w:r>
        <w:rPr>
          <w:b/>
          <w:sz w:val="24"/>
        </w:rPr>
        <w:t>СТОИМОСТЬ УСЛУГ И ПОРЯДОК ОПЛАТЫ</w:t>
      </w:r>
    </w:p>
    <w:p>
      <w:r>
        <w:t>Стоимость Услуг указана в Спецификации (Приложение №1). Оплата ежемесячная, постоплатой 100%, на основании УПД и счета. Срок оплаты — 10 рабочих дней с даты выставления счета.</w:t>
      </w:r>
    </w:p>
    <w:p>
      <w:r>
        <w:rPr>
          <w:b/>
          <w:sz w:val="24"/>
        </w:rPr>
        <w:t>ОСОБЫЕ УСЛОВИЯ</w:t>
      </w:r>
    </w:p>
    <w:p>
      <w:r>
        <w:t>Исполнитель вправе приостановить оказание Услуг при просрочке платежей более 10 рабочих дней. Заказчик обязан соблюдать правила Технологической площадки.</w:t>
      </w:r>
    </w:p>
    <w:p>
      <w:r>
        <w:rPr>
          <w:b/>
          <w:sz w:val="24"/>
        </w:rPr>
        <w:t>СРОК ДЕЙСТВИЯ</w:t>
      </w:r>
    </w:p>
    <w:p>
      <w:r>
        <w:t>Договор вступает в силу с момента подписания. Начальный период — 12 месяцев. Автоматическая пролонгация, если ни одна из Сторон не уведомит о прекращении за 30 дней.</w:t>
      </w:r>
    </w:p>
    <w:p>
      <w:r>
        <w:rPr>
          <w:b/>
          <w:sz w:val="24"/>
        </w:rPr>
        <w:t>ЮРИДИЧЕСКИЕ АДРЕСА И РЕКВИЗИТЫ СТОРОН</w:t>
      </w:r>
    </w:p>
    <w:p>
      <w:r>
        <w:t>г. Москва 18.12.2025г.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Заказчик</w:t>
              <w:br/>
              <w:t>ООО "XXX008"</w:t>
              <w:br/>
              <w:t>Юридический адрес:</w:t>
              <w:br/>
              <w:br/>
              <w:t>Генерального директора</w:t>
              <w:br/>
              <w:t>_______________/ФИО/</w:t>
              <w:br/>
              <w:t xml:space="preserve">   М.П.</w:t>
            </w:r>
          </w:p>
        </w:tc>
        <w:tc>
          <w:tcPr>
            <w:tcW w:type="dxa" w:w="4320"/>
          </w:tcPr>
          <w:p>
            <w:r>
              <w:t>Исполнитель</w:t>
              <w:br/>
              <w:t>ООО "НУБЕС"</w:t>
              <w:br/>
              <w:t>Юридический адрес:</w:t>
              <w:br/>
              <w:t>115404, г. Москва, 1-я Стекольная 7с5</w:t>
              <w:br/>
              <w:t>Генерального директора Степаненко В.И.</w:t>
              <w:br/>
              <w:t>_______________/Степаненко В.И./</w:t>
              <w:br/>
              <w:t xml:space="preserve">   М.П.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