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XXX006, № 06800 от 23.01.2026.</w:t>
        <w:br/>
        <w:t>Стороны: ЗАО "XXX006"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XXX006-06800. К нему привязаны спецификации и допсоглашения через НОМЕР=06800.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06800</w:t>
      </w:r>
    </w:p>
    <w:p>
      <w:r>
        <w:t>ЗАО "XXX006"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23.01.2026г.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ЗАО "XXX006"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