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XXX005, № 05200 от 27.05.2026.</w:t>
        <w:br/>
        <w:t>Стороны: ООО "XXX005"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XXX005-05200. К нему привязаны спецификации и допсоглашения через НОМЕР=05200.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05200</w:t>
      </w:r>
    </w:p>
    <w:p>
      <w:r>
        <w:t>ООО "XXX005" именуемое в дальнейшем "Заказчик", в лице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27.05.2026г.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"XXX005"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